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CB1AB8" w14:textId="77777777" w:rsidR="00D17235" w:rsidRDefault="00D17235" w:rsidP="00D17235">
      <w:pPr>
        <w:spacing w:after="0"/>
        <w:jc w:val="center"/>
        <w:rPr>
          <w:b/>
          <w:sz w:val="24"/>
          <w:szCs w:val="24"/>
        </w:rPr>
      </w:pPr>
      <w:bookmarkStart w:id="0" w:name="_GoBack"/>
      <w:bookmarkEnd w:id="0"/>
    </w:p>
    <w:p w14:paraId="57683E2D" w14:textId="77777777" w:rsidR="00D17235" w:rsidRDefault="00D17235" w:rsidP="00D17235">
      <w:pPr>
        <w:spacing w:after="0"/>
        <w:jc w:val="center"/>
        <w:rPr>
          <w:b/>
          <w:sz w:val="24"/>
          <w:szCs w:val="24"/>
        </w:rPr>
      </w:pPr>
    </w:p>
    <w:p w14:paraId="189C9A40" w14:textId="12CCD731" w:rsidR="006F5422" w:rsidRPr="00D17235" w:rsidRDefault="00BE47CA" w:rsidP="00D17235">
      <w:pPr>
        <w:spacing w:after="0"/>
        <w:jc w:val="center"/>
        <w:rPr>
          <w:sz w:val="24"/>
          <w:szCs w:val="24"/>
        </w:rPr>
      </w:pPr>
      <w:r w:rsidRPr="00D17235">
        <w:rPr>
          <w:b/>
          <w:sz w:val="24"/>
          <w:szCs w:val="24"/>
        </w:rPr>
        <w:t>YILDIZ TEKNİK ÜNİVERSİTESİ</w:t>
      </w:r>
    </w:p>
    <w:p w14:paraId="4AD648A4" w14:textId="77777777" w:rsidR="006F5422" w:rsidRPr="00D17235" w:rsidRDefault="00BE47CA" w:rsidP="00D17235">
      <w:pPr>
        <w:spacing w:after="0"/>
        <w:jc w:val="center"/>
        <w:rPr>
          <w:sz w:val="24"/>
          <w:szCs w:val="24"/>
        </w:rPr>
      </w:pPr>
      <w:r w:rsidRPr="00D17235">
        <w:rPr>
          <w:b/>
          <w:sz w:val="24"/>
          <w:szCs w:val="24"/>
        </w:rPr>
        <w:t>SANAT VE TASARIM FAKÜLTESİ</w:t>
      </w:r>
    </w:p>
    <w:p w14:paraId="19AD88AF" w14:textId="46BD0321" w:rsidR="006F5422" w:rsidRPr="00D17235" w:rsidRDefault="00BE47CA" w:rsidP="00D17235">
      <w:pPr>
        <w:spacing w:after="0"/>
        <w:jc w:val="center"/>
        <w:rPr>
          <w:sz w:val="24"/>
          <w:szCs w:val="24"/>
        </w:rPr>
      </w:pPr>
      <w:r w:rsidRPr="00D17235">
        <w:rPr>
          <w:b/>
          <w:sz w:val="24"/>
          <w:szCs w:val="24"/>
        </w:rPr>
        <w:t xml:space="preserve">ÖZEL YETENEK </w:t>
      </w:r>
      <w:r w:rsidR="00D17235">
        <w:rPr>
          <w:b/>
          <w:sz w:val="24"/>
          <w:szCs w:val="24"/>
        </w:rPr>
        <w:t>ÖĞRENCİ</w:t>
      </w:r>
      <w:r w:rsidRPr="00D17235">
        <w:rPr>
          <w:b/>
          <w:sz w:val="24"/>
          <w:szCs w:val="24"/>
        </w:rPr>
        <w:t xml:space="preserve"> KAYIT DİLEKÇESİ</w:t>
      </w:r>
    </w:p>
    <w:p w14:paraId="31615188" w14:textId="77777777" w:rsidR="006F5422" w:rsidRDefault="006F5422"/>
    <w:p w14:paraId="7D818B78" w14:textId="2BEA0270" w:rsidR="006F5422" w:rsidRDefault="00BE47CA">
      <w:pPr>
        <w:jc w:val="right"/>
      </w:pPr>
      <w:r>
        <w:t>..../...../20...</w:t>
      </w:r>
    </w:p>
    <w:p w14:paraId="6DD07C38" w14:textId="77777777" w:rsidR="006F5422" w:rsidRDefault="00BE47CA">
      <w:pPr>
        <w:spacing w:after="240" w:line="360" w:lineRule="auto"/>
      </w:pPr>
      <w:r>
        <w:t>20....-20..... Eğitim-Öğretim yılında ........................................................ Programı özel yetenek sınavı sonucu ile ASİL/YEDEK kayıt hakkı kazandım. Başvuru ve kayıtta sunmuş olduğum belgelerin sahte veya muhteviyatı itibarıyla yanıltıcı</w:t>
      </w:r>
      <w:r>
        <w:t xml:space="preserve"> belge olduğunun tespit edilmesi durumunda kaydımın iptalini kabul ederim. </w:t>
      </w:r>
      <w:proofErr w:type="spellStart"/>
      <w:r>
        <w:t>Kaydımın</w:t>
      </w:r>
      <w:proofErr w:type="spellEnd"/>
      <w:r>
        <w:t xml:space="preserve"> </w:t>
      </w:r>
      <w:proofErr w:type="spellStart"/>
      <w:r>
        <w:t>yapılması</w:t>
      </w:r>
      <w:proofErr w:type="spellEnd"/>
      <w:r>
        <w:t xml:space="preserve"> </w:t>
      </w:r>
      <w:proofErr w:type="spellStart"/>
      <w:r>
        <w:t>konusunda</w:t>
      </w:r>
      <w:proofErr w:type="spellEnd"/>
      <w:r>
        <w:t xml:space="preserve"> </w:t>
      </w:r>
      <w:proofErr w:type="spellStart"/>
      <w:r>
        <w:t>gereğini</w:t>
      </w:r>
      <w:proofErr w:type="spellEnd"/>
      <w:r>
        <w:t xml:space="preserve"> </w:t>
      </w:r>
      <w:proofErr w:type="spellStart"/>
      <w:r>
        <w:t>arz</w:t>
      </w:r>
      <w:proofErr w:type="spellEnd"/>
      <w:r>
        <w:t xml:space="preserve"> </w:t>
      </w:r>
      <w:proofErr w:type="spellStart"/>
      <w:r>
        <w:t>ederim</w:t>
      </w:r>
      <w:proofErr w:type="spellEnd"/>
      <w:r>
        <w:t>.</w:t>
      </w:r>
    </w:p>
    <w:p w14:paraId="5CE8B524" w14:textId="20DBD0E7" w:rsidR="00D17235" w:rsidRDefault="00D17235" w:rsidP="00D17235">
      <w:pPr>
        <w:jc w:val="center"/>
      </w:pPr>
      <w:r>
        <w:rPr>
          <w:b/>
        </w:rPr>
        <w:t xml:space="preserve">                                                                                                                                  </w:t>
      </w:r>
      <w:proofErr w:type="spellStart"/>
      <w:r>
        <w:rPr>
          <w:b/>
        </w:rPr>
        <w:t>İmza</w:t>
      </w:r>
      <w:proofErr w:type="spellEnd"/>
    </w:p>
    <w:p w14:paraId="6BA7C7C8" w14:textId="77777777" w:rsidR="00D17235" w:rsidRDefault="00D17235">
      <w:pPr>
        <w:spacing w:after="240" w:line="360" w:lineRule="auto"/>
      </w:pPr>
    </w:p>
    <w:p w14:paraId="353243D9" w14:textId="77777777" w:rsidR="00D17235" w:rsidRDefault="00D17235">
      <w:pPr>
        <w:spacing w:after="240" w:line="360" w:lineRule="auto"/>
      </w:pPr>
    </w:p>
    <w:p w14:paraId="0FFFA1A3" w14:textId="77777777" w:rsidR="00D17235" w:rsidRDefault="00D17235">
      <w:pPr>
        <w:spacing w:after="240" w:line="360" w:lineRule="auto"/>
      </w:pPr>
    </w:p>
    <w:p w14:paraId="723A5379" w14:textId="77777777" w:rsidR="006F5422" w:rsidRDefault="00BE47CA">
      <w:r>
        <w:t>NOT:</w:t>
      </w:r>
    </w:p>
    <w:p w14:paraId="18EB2A76" w14:textId="77777777" w:rsidR="00D17235" w:rsidRDefault="00D1723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802"/>
        <w:gridCol w:w="6819"/>
      </w:tblGrid>
      <w:tr w:rsidR="006F5422" w14:paraId="7B42896B" w14:textId="77777777" w:rsidTr="00D17235">
        <w:trPr>
          <w:jc w:val="center"/>
        </w:trPr>
        <w:tc>
          <w:tcPr>
            <w:tcW w:w="28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12EC9" w14:textId="77777777" w:rsidR="006F5422" w:rsidRDefault="00BE47CA">
            <w:r>
              <w:rPr>
                <w:b/>
              </w:rPr>
              <w:t xml:space="preserve">T.C. </w:t>
            </w:r>
            <w:proofErr w:type="spellStart"/>
            <w:r>
              <w:rPr>
                <w:b/>
              </w:rPr>
              <w:t>Kimlik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Numarası</w:t>
            </w:r>
            <w:proofErr w:type="spellEnd"/>
          </w:p>
        </w:tc>
        <w:tc>
          <w:tcPr>
            <w:tcW w:w="6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CA92A" w14:textId="77777777" w:rsidR="006F5422" w:rsidRDefault="006F5422"/>
        </w:tc>
      </w:tr>
      <w:tr w:rsidR="006F5422" w14:paraId="1B4C8423" w14:textId="77777777" w:rsidTr="00D17235">
        <w:trPr>
          <w:jc w:val="center"/>
        </w:trPr>
        <w:tc>
          <w:tcPr>
            <w:tcW w:w="28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9ED3EB" w14:textId="77777777" w:rsidR="006F5422" w:rsidRDefault="00BE47CA">
            <w:proofErr w:type="spellStart"/>
            <w:r>
              <w:rPr>
                <w:b/>
              </w:rPr>
              <w:t>Adı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Soyadı</w:t>
            </w:r>
            <w:proofErr w:type="spellEnd"/>
          </w:p>
        </w:tc>
        <w:tc>
          <w:tcPr>
            <w:tcW w:w="6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4B68F" w14:textId="77777777" w:rsidR="006F5422" w:rsidRDefault="006F5422"/>
        </w:tc>
      </w:tr>
      <w:tr w:rsidR="006F5422" w14:paraId="5DB4AFE9" w14:textId="77777777" w:rsidTr="00D17235">
        <w:trPr>
          <w:jc w:val="center"/>
        </w:trPr>
        <w:tc>
          <w:tcPr>
            <w:tcW w:w="28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0A0211" w14:textId="77777777" w:rsidR="006F5422" w:rsidRDefault="00BE47CA">
            <w:r>
              <w:rPr>
                <w:b/>
              </w:rPr>
              <w:t xml:space="preserve">Cep </w:t>
            </w:r>
            <w:proofErr w:type="spellStart"/>
            <w:r>
              <w:rPr>
                <w:b/>
              </w:rPr>
              <w:t>Telefonu</w:t>
            </w:r>
            <w:proofErr w:type="spellEnd"/>
            <w:r>
              <w:rPr>
                <w:b/>
              </w:rPr>
              <w:t xml:space="preserve"> No</w:t>
            </w:r>
          </w:p>
        </w:tc>
        <w:tc>
          <w:tcPr>
            <w:tcW w:w="6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E1D3F" w14:textId="77777777" w:rsidR="006F5422" w:rsidRDefault="006F5422"/>
        </w:tc>
      </w:tr>
      <w:tr w:rsidR="006F5422" w14:paraId="01EEED64" w14:textId="77777777" w:rsidTr="00D17235">
        <w:trPr>
          <w:jc w:val="center"/>
        </w:trPr>
        <w:tc>
          <w:tcPr>
            <w:tcW w:w="28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D560F" w14:textId="77777777" w:rsidR="006F5422" w:rsidRDefault="00BE47CA">
            <w:r>
              <w:rPr>
                <w:b/>
              </w:rPr>
              <w:t>E-posta Adresi</w:t>
            </w:r>
          </w:p>
        </w:tc>
        <w:tc>
          <w:tcPr>
            <w:tcW w:w="6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B642E" w14:textId="77777777" w:rsidR="006F5422" w:rsidRDefault="006F5422"/>
        </w:tc>
      </w:tr>
      <w:tr w:rsidR="006F5422" w14:paraId="28B272C9" w14:textId="77777777" w:rsidTr="00D17235">
        <w:trPr>
          <w:jc w:val="center"/>
        </w:trPr>
        <w:tc>
          <w:tcPr>
            <w:tcW w:w="280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15BD0A" w14:textId="77777777" w:rsidR="006F5422" w:rsidRDefault="00BE47CA">
            <w:r>
              <w:rPr>
                <w:b/>
              </w:rPr>
              <w:t>Adresi</w:t>
            </w:r>
          </w:p>
        </w:tc>
        <w:tc>
          <w:tcPr>
            <w:tcW w:w="6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20CD0" w14:textId="77777777" w:rsidR="006F5422" w:rsidRDefault="006F5422"/>
        </w:tc>
      </w:tr>
    </w:tbl>
    <w:p w14:paraId="441B9E5F" w14:textId="77777777" w:rsidR="00D17235" w:rsidRDefault="00D17235">
      <w:pPr>
        <w:jc w:val="right"/>
      </w:pPr>
    </w:p>
    <w:p w14:paraId="38289EC4" w14:textId="77777777" w:rsidR="00D17235" w:rsidRDefault="00D17235">
      <w:pPr>
        <w:jc w:val="right"/>
      </w:pPr>
    </w:p>
    <w:p w14:paraId="29497265" w14:textId="2AAC35EA" w:rsidR="006F5422" w:rsidRDefault="006F5422">
      <w:pPr>
        <w:jc w:val="center"/>
      </w:pPr>
    </w:p>
    <w:sectPr w:rsidR="006F5422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F5422"/>
    <w:rsid w:val="00A16580"/>
    <w:rsid w:val="00AA1D8D"/>
    <w:rsid w:val="00B47730"/>
    <w:rsid w:val="00BE47CA"/>
    <w:rsid w:val="00CB0664"/>
    <w:rsid w:val="00D172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6968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BE0D9F-869A-4EB0-BE03-2940BD777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MasterYtu</cp:lastModifiedBy>
  <cp:revision>2</cp:revision>
  <cp:lastPrinted>2026-09-01T07:10:00Z</cp:lastPrinted>
  <dcterms:created xsi:type="dcterms:W3CDTF">2026-09-11T13:57:00Z</dcterms:created>
  <dcterms:modified xsi:type="dcterms:W3CDTF">2026-09-11T13:57:00Z</dcterms:modified>
</cp:coreProperties>
</file>